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pgSz w:w="12246" w:h="17178"/>
      <w:pgMar w:top="340" w:right="340" w:bottom="340" w:left="340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BOOKLET PRINT A4 perfect Word入稿テンプレート</dc:title>
  <dc:subject>塗り足し3mm込み。外周6mmのWord余白は仕上がり線から3mm内側の安全範囲です。完成後はPDFへ変換して入稿してください。</dc:subject>
  <dc:creator>python-docx</dc:creator>
  <cp:keywords>BOOKLET PRINT, 冊子印刷, 入稿テンプレート, Word</cp:keywords>
  <dc:description>BOOKLET PRINT 入稿用。ページサイズや余白設定を変更しないでください。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